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Karta gwarancyjna naprawy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Oświadczenie gwarancyjne serwisu (art. 577 i 577¹ Kodeksu cywilnego)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GW/2026/0148</w:t>
              <w:br/>
              <w:t>Do zlecenia ZS/2026/0148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1. GWARANT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Nazwa serwisu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Adres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TeleService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ul. Przykładowa 12, Warszawa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E-mail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22 000 00 00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serwis@przyklad.pl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2. CZEGO DOTYCZY GWARANCJA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lub numer seryjny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Samsung Galaxy S23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35 6938 035 6438 09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Klient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wydania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Anna Przykładowa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16.09.2026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Wykonana naprawa</w:t>
            </w:r>
          </w:p>
        </w:tc>
      </w:tr>
      <w:tr>
        <w:tc>
          <w:tcPr>
            <w:tcW w:type="dxa" w:w="10092"/>
          </w:tcPr>
          <w:p>
            <w:pPr>
              <w:spacing w:before="0" w:after="60"/>
            </w:pPr>
            <w:r>
              <w:rPr>
                <w:b/>
                <w:sz w:val="20"/>
              </w:rPr>
              <w:t>Wymiana wyświetlacza z ramką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Wymieniona część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Jakość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Nr seryjny lub kod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Gwarancja na część</w:t>
            </w:r>
          </w:p>
        </w:tc>
      </w:tr>
      <w:tr>
        <w:tc>
          <w:tcPr>
            <w:tcW w:type="dxa" w:w="3628"/>
          </w:tcPr>
          <w:p>
            <w:pPr>
              <w:spacing w:after="100"/>
            </w:pPr>
            <w:r/>
            <w:r>
              <w:rPr>
                <w:sz w:val="18"/>
              </w:rPr>
              <w:t>Wyświetlacz AMOLED z ramką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>oryginał serwisowy</w:t>
            </w:r>
          </w:p>
        </w:tc>
        <w:tc>
          <w:tcPr>
            <w:tcW w:type="dxa" w:w="2268"/>
          </w:tcPr>
          <w:p>
            <w:pPr>
              <w:spacing w:after="100"/>
            </w:pPr>
            <w:r/>
            <w:r>
              <w:rPr>
                <w:sz w:val="18"/>
              </w:rPr>
              <w:t>WY-S23-018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>6 miesięcy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3. WARUNKI GWARANCJI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Gwarancja na usługę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Gwarancja na części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Liczona od dnia</w:t>
            </w:r>
          </w:p>
        </w:tc>
      </w:tr>
      <w:tr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3 miesiące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6 miesięcy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16.09.2026</w:t>
            </w:r>
          </w:p>
        </w:tc>
      </w:tr>
    </w:tbl>
    <w:p>
      <w:pPr>
        <w:spacing w:after="100"/>
      </w:pPr>
      <w:r>
        <w:t>Gwarancja obejmuje wady wykonanej naprawy i wymienionych części. Nie obejmuje: uszkodzeń mechanicznych, zalania i przepięć powstałych po wydaniu urządzenia, napraw i ingerencji innych osób, wad części dostarczonych przez klienta oraz fabrycznej wodoszczelności, której po otwarciu obudowy serwis nie odtwarza. Po wymianie części na nową albo istotnej naprawie w ramach gwarancji jej termin biegnie od nowa.</w:t>
      </w:r>
    </w:p>
    <w:p>
      <w:pPr>
        <w:spacing w:before="180" w:after="60"/>
      </w:pPr>
      <w:r>
        <w:rPr>
          <w:b/>
          <w:color w:val="96560A"/>
          <w:sz w:val="16"/>
        </w:rPr>
        <w:t>4. JAK SKORZYSTAĆ Z GWARANCJI</w:t>
      </w:r>
    </w:p>
    <w:p>
      <w:pPr>
        <w:spacing w:after="100"/>
      </w:pPr>
      <w:r>
        <w:t>Zgłoś wadę w serwisie osobiście, telefonicznie lub e-mailem, podając numer tej karty lub zlecenia, i dostarcz urządzenie do serwisu. Serwis potwierdzi zgłoszenie i usunie wadę albo wymieni część niezwłocznie, najpóźniej w ciągu 14 dni od dostarczenia urządzenia. Przed oddaniem urządzenia zrób kopię danych.</w:t>
      </w:r>
    </w:p>
    <w:p>
      <w:pPr>
        <w:spacing w:before="180" w:after="60"/>
      </w:pPr>
      <w:r>
        <w:rPr>
          <w:b/>
          <w:color w:val="96560A"/>
          <w:sz w:val="16"/>
        </w:rPr>
        <w:t>5. UPRAWNIENIA Z MOCY PRAWA</w:t>
      </w:r>
    </w:p>
    <w:p>
      <w:pPr>
        <w:spacing w:after="100"/>
      </w:pPr>
      <w:r>
        <w:t>W przypadku braku zgodności wykonanej naprawy z umową klientowi z mocy prawa przysługują środki ochrony prawnej ze strony i na koszt serwisu (rękojmia za wady dzieła, art. 638 Kodeksu cywilnego; wobec konsumentów także przepisy ustawy o prawach konsumenta). Gwarancja nie ma wpływu na te środki ochrony prawnej.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Data i podpis serwisu (gwaranta)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klienta: otrzymałem kartę gwarancyjną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Przykład ilustracyjny · dane fikcyjne (wymyślony serwis, klient i urządzenie). Wzór: fixomat.pl/blog/gwarancja-na-naprawe-telefonu/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gwarancyjna naprawy: wzór</dc:title>
  <dc:subject>Oświadczenie gwarancyjne serwisu, wypełniony przykład (dane fikcyjne)</dc:subject>
  <dc:creator>Fixomat, poradniki dla serwisów GSM</dc:creator>
  <cp:keywords>karta gwarancyjna naprawy;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