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Protokół przekazania sprzętu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Przekazanie urządzeń między stronami, z opisem stanu i akcesoriów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</w:t>
              <w:br/>
              <w:t>Data ..............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1. STRONY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Przekazujący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Przyjmujący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2. CEL PRZEKAZANIA</w:t>
      </w:r>
    </w:p>
    <w:p>
      <w:pPr>
        <w:spacing w:after="100"/>
      </w:pPr>
      <w:r>
        <w:rPr>
          <w:sz w:val="18"/>
        </w:rPr>
        <w:t>□  do naprawy lub diagnozy</w:t>
      </w:r>
      <w:r>
        <w:rPr>
          <w:sz w:val="18"/>
        </w:rPr>
        <w:t xml:space="preserve">     </w:t>
      </w:r>
      <w:r>
        <w:rPr>
          <w:sz w:val="18"/>
        </w:rPr>
        <w:t>□  zwrot po naprawie</w:t>
      </w:r>
      <w:r>
        <w:rPr>
          <w:sz w:val="18"/>
        </w:rPr>
        <w:t xml:space="preserve">     </w:t>
      </w:r>
      <w:r>
        <w:rPr>
          <w:sz w:val="18"/>
        </w:rPr>
        <w:t>□  pracownikowi do używania</w:t>
      </w:r>
      <w:r>
        <w:rPr>
          <w:sz w:val="18"/>
        </w:rPr>
        <w:t xml:space="preserve">     </w:t>
      </w:r>
      <w:r>
        <w:rPr>
          <w:sz w:val="18"/>
        </w:rPr>
        <w:t>□  zwrot przez pracownika</w:t>
      </w:r>
      <w:r>
        <w:rPr>
          <w:sz w:val="18"/>
        </w:rPr>
        <w:t xml:space="preserve">     </w:t>
      </w:r>
      <w:r>
        <w:rPr>
          <w:sz w:val="18"/>
        </w:rPr>
        <w:t>□  między punktami firmy</w:t>
      </w:r>
    </w:p>
    <w:p>
      <w:pPr>
        <w:spacing w:before="180" w:after="60"/>
      </w:pPr>
      <w:r>
        <w:rPr>
          <w:b/>
          <w:color w:val="96560A"/>
          <w:sz w:val="16"/>
        </w:rPr>
        <w:t>3. PRZEKAZYWANY SPRZĘT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Lp.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Nazwa, marka i model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IMEI lub nr seryjny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Stan, uszkodzenia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Akcesoria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3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4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5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4. USTALENIA I UWAGI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before="180" w:after="60"/>
      </w:pPr>
      <w:r>
        <w:rPr>
          <w:b/>
          <w:color w:val="96560A"/>
          <w:sz w:val="16"/>
        </w:rPr>
        <w:t>5. TERMIN ZWROTU LUB ODBIORU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Termin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Osoba do kontaktu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przekazującego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przyjmującego: sprzęt odebrałem w opisanym stanie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fixomat.pl/blog/protokol-przekazania-sprzetu/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sprzętu: wzór</dc:title>
  <dc:subject>Przekazanie urządzeń z opisem stanu, pusty wzór</dc:subject>
  <dc:creator>Fixomat, poradniki dla serwisów GSM</dc:creator>
  <cp:keywords>protokol przekazania sprzetu;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