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b/>
                <w:caps/>
                <w:sz w:val="30"/>
              </w:rPr>
              <w:t>Umowa kupna-sprzedaży telefonu używanego</w:t>
            </w:r>
          </w:p>
          <w:p>
            <w:pPr>
              <w:spacing w:before="0"/>
            </w:pPr>
            <w:r>
              <w:rPr>
                <w:color w:val="5A5A5A"/>
                <w:sz w:val="16"/>
              </w:rPr>
              <w:t>zawarta dnia .................... w miejscowości ....................</w:t>
            </w:r>
          </w:p>
        </w:tc>
        <w:tc>
          <w:tcPr>
            <w:tcW w:type="dxa" w:w="5046"/>
          </w:tcPr>
          <w:p>
            <w:pPr>
              <w:jc w:val="right"/>
            </w:pPr>
            <w:r>
              <w:rPr>
                <w:b/>
                <w:sz w:val="20"/>
              </w:rPr>
              <w:t>Nr ......................</w:t>
            </w:r>
          </w:p>
        </w:tc>
      </w:tr>
    </w:tbl>
    <w:p>
      <w:pPr>
        <w:spacing w:after="40"/>
      </w:pPr>
    </w:p>
    <w:p>
      <w:pPr>
        <w:spacing w:before="180" w:after="60"/>
      </w:pPr>
      <w:r>
        <w:rPr>
          <w:b/>
          <w:color w:val="96560A"/>
          <w:sz w:val="16"/>
        </w:rPr>
        <w:t>STRONY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imię i nazwisko, adres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Kupujący: firma, adres, NIP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dokument tożsamości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Sprzedający: telefon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before="180" w:after="60"/>
      </w:pPr>
      <w:r>
        <w:rPr>
          <w:b/>
          <w:color w:val="96560A"/>
          <w:sz w:val="16"/>
        </w:rPr>
        <w:t>§ 1. PRZEDMIOT UMOWY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Marka i model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Pamięć i kolor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IMEI (1 i 2)</w:t>
            </w:r>
          </w:p>
        </w:tc>
        <w:tc>
          <w:tcPr>
            <w:tcW w:type="dxa" w:w="5046"/>
          </w:tcPr>
          <w:p>
            <w:pPr>
              <w:spacing w:after="0"/>
            </w:pPr>
            <w:r/>
            <w:r>
              <w:rPr>
                <w:caps/>
                <w:color w:val="5A5A5A"/>
                <w:sz w:val="14"/>
              </w:rPr>
              <w:t>Numer seryjny</w:t>
            </w:r>
          </w:p>
        </w:tc>
      </w:tr>
      <w:tr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before="0" w:after="60"/>
            </w:pPr>
            <w:r>
              <w:rPr>
                <w:b w:val="0"/>
                <w:sz w:val="20"/>
              </w:rPr>
              <w:t xml:space="preserve"> </w:t>
            </w:r>
          </w:p>
        </w:tc>
      </w:tr>
    </w:tbl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40"/>
        <w:pBdr>
          <w:bottom w:val="single" w:sz="4" w:space="2" w:color="999999"/>
        </w:pBdr>
      </w:pPr>
      <w:r>
        <w:rPr>
          <w:sz w:val="18"/>
        </w:rPr>
      </w:r>
    </w:p>
    <w:p>
      <w:pPr>
        <w:spacing w:after="100"/>
      </w:pPr>
      <w:r>
        <w:rPr>
          <w:sz w:val="18"/>
        </w:rPr>
        <w:t>□  Ładowarka</w:t>
      </w:r>
      <w:r>
        <w:rPr>
          <w:sz w:val="18"/>
        </w:rPr>
        <w:t xml:space="preserve">     </w:t>
      </w:r>
      <w:r>
        <w:rPr>
          <w:sz w:val="18"/>
        </w:rPr>
        <w:t>□  Przewód</w:t>
      </w:r>
      <w:r>
        <w:rPr>
          <w:sz w:val="18"/>
        </w:rPr>
        <w:t xml:space="preserve">     </w:t>
      </w:r>
      <w:r>
        <w:rPr>
          <w:sz w:val="18"/>
        </w:rPr>
        <w:t>□  Pudełko</w:t>
      </w:r>
      <w:r>
        <w:rPr>
          <w:sz w:val="18"/>
        </w:rPr>
        <w:t xml:space="preserve">     </w:t>
      </w:r>
      <w:r>
        <w:rPr>
          <w:sz w:val="18"/>
        </w:rPr>
        <w:t>□  Dowód zakupu</w:t>
      </w:r>
      <w:r>
        <w:rPr>
          <w:sz w:val="18"/>
        </w:rPr>
        <w:t xml:space="preserve">     </w:t>
      </w:r>
      <w:r>
        <w:rPr>
          <w:sz w:val="18"/>
        </w:rPr>
        <w:t>□  Etui</w:t>
      </w:r>
    </w:p>
    <w:p>
      <w:pPr>
        <w:spacing w:before="180" w:after="60"/>
      </w:pPr>
      <w:r>
        <w:rPr>
          <w:b/>
          <w:color w:val="96560A"/>
          <w:sz w:val="16"/>
        </w:rPr>
        <w:t>§ 2. CENA</w:t>
      </w:r>
    </w:p>
    <w:p>
      <w:pPr>
        <w:spacing w:after="100"/>
      </w:pPr>
      <w:r>
        <w:t>Kupujący płaci Sprzedającemu cenę ............ zł (słownie: ....................................) gotówką przy podpisaniu umowy albo przelewem na rachunek nr ...................................... Sprzedający potwierdza odbiór ceny zapłaconej gotówką podpisem pod umową.</w:t>
      </w:r>
    </w:p>
    <w:p>
      <w:pPr>
        <w:spacing w:before="180" w:after="60"/>
      </w:pPr>
      <w:r>
        <w:rPr>
          <w:b/>
          <w:color w:val="96560A"/>
          <w:sz w:val="16"/>
        </w:rPr>
        <w:t>§ 3. OŚWIADCZENIA SPRZEDAJĄCEGO</w:t>
      </w:r>
    </w:p>
    <w:p>
      <w:pPr>
        <w:spacing w:after="40"/>
        <w:ind w:left="227"/>
      </w:pPr>
      <w:r>
        <w:rPr>
          <w:sz w:val="19"/>
        </w:rPr>
        <w:t>01. Telefon jest jego wyłączną własnością, nie pochodzi z przestępstwa i nie jest obciążony prawami osób trzecich, w tym ratami u operatora.</w:t>
      </w:r>
    </w:p>
    <w:p>
      <w:pPr>
        <w:spacing w:after="40"/>
        <w:ind w:left="227"/>
      </w:pPr>
      <w:r>
        <w:rPr>
          <w:sz w:val="19"/>
        </w:rPr>
        <w:t>02. Telefon nie jest zablokowany przez operatora. Sprzedający wylogował się z konta Apple (iCloud) albo Google, wyłączył usługę Znajdź i przywrócił ustawienia fabryczne.</w:t>
      </w:r>
    </w:p>
    <w:p>
      <w:pPr>
        <w:spacing w:after="40"/>
        <w:ind w:left="227"/>
      </w:pPr>
      <w:r>
        <w:rPr>
          <w:sz w:val="19"/>
        </w:rPr>
        <w:t>03. Sprzedający zna stan telefonu opisany w § 1 i nie zataił znanych mu wad.</w:t>
      </w:r>
    </w:p>
    <w:p>
      <w:pPr>
        <w:spacing w:before="180" w:after="60"/>
      </w:pPr>
      <w:r>
        <w:rPr>
          <w:b/>
          <w:color w:val="96560A"/>
          <w:sz w:val="16"/>
        </w:rPr>
        <w:t>§ 4. SPRAWDZONE PRZY ZAKUPIE</w:t>
      </w:r>
    </w:p>
    <w:p>
      <w:pPr>
        <w:spacing w:after="100"/>
      </w:pPr>
      <w:r>
        <w:rPr>
          <w:sz w:val="18"/>
        </w:rPr>
        <w:t>□  IMEI z *#06# zgodny z pudełkiem</w:t>
      </w:r>
      <w:r>
        <w:rPr>
          <w:sz w:val="18"/>
        </w:rPr>
        <w:t xml:space="preserve">     </w:t>
      </w:r>
      <w:r>
        <w:rPr>
          <w:sz w:val="18"/>
        </w:rPr>
        <w:t>□  IMEI sprawdzony u operatorów</w:t>
      </w:r>
      <w:r>
        <w:rPr>
          <w:sz w:val="18"/>
        </w:rPr>
        <w:t xml:space="preserve">     </w:t>
      </w:r>
      <w:r>
        <w:rPr>
          <w:sz w:val="18"/>
        </w:rPr>
        <w:t>□  Brak blokady konta po resecie</w:t>
      </w:r>
      <w:r>
        <w:rPr>
          <w:sz w:val="18"/>
        </w:rPr>
        <w:t xml:space="preserve">     </w:t>
      </w:r>
      <w:r>
        <w:rPr>
          <w:sz w:val="18"/>
        </w:rPr>
        <w:t>□  Dokument tożsamości Sprzedającego</w:t>
      </w:r>
    </w:p>
    <w:p>
      <w:pPr>
        <w:spacing w:before="180" w:after="60"/>
      </w:pPr>
      <w:r>
        <w:rPr>
          <w:b/>
          <w:color w:val="96560A"/>
          <w:sz w:val="16"/>
        </w:rPr>
        <w:t>§ 5. POSTANOWIENIA KOŃCOWE</w:t>
      </w:r>
    </w:p>
    <w:p>
      <w:pPr>
        <w:spacing w:after="100"/>
      </w:pPr>
      <w:r>
        <w:t>Własność telefonu przechodzi na Kupującego z chwilą podpisania umowy i zapłaty ceny. Podatek od czynności cywilnoprawnych, jeżeli jest należny, płaci Kupujący. Umowę sporządzono w dwóch jednobrzmiących egzemplarzach, po jednym dla każdej ze stron. W sprawach nieuregulowanych stosuje się przepisy Kodeksu cywilnego.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  <w:tc>
          <w:tcPr>
            <w:tcW w:type="dxa" w:w="5046"/>
          </w:tcPr>
          <w:p>
            <w:pPr>
              <w:spacing w:after="20"/>
              <w:pBdr>
                <w:bottom w:val="single" w:sz="6" w:space="2" w:color="132A2F"/>
              </w:pBdr>
            </w:pPr>
            <w:r/>
            <w:r>
              <w:rPr>
                <w:sz w:val="22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Sprzedającego: sprzedaję telefon i potwierdzam odbiór ceny</w:t>
            </w:r>
          </w:p>
        </w:tc>
        <w:tc>
          <w:tcPr>
            <w:tcW w:type="dxa" w:w="5046"/>
          </w:tcPr>
          <w:p>
            <w:pPr>
              <w:spacing w:before="20"/>
            </w:pPr>
            <w:r>
              <w:rPr>
                <w:color w:val="5A5A5A"/>
                <w:sz w:val="15"/>
              </w:rPr>
              <w:t>Podpis Kupującego</w:t>
            </w:r>
          </w:p>
        </w:tc>
      </w:tr>
    </w:tbl>
    <w:p>
      <w:pPr>
        <w:spacing w:before="200"/>
      </w:pPr>
      <w:r>
        <w:rPr>
          <w:i/>
          <w:color w:val="5A5A5A"/>
          <w:sz w:val="14"/>
        </w:rPr>
        <w:t>Wzór: fixomat.pl/blog/umowa-kupna-sprzedazy-telefonu/</w:t>
      </w:r>
    </w:p>
    <w:sectPr w:rsidR="00FC693F" w:rsidRPr="0006063C" w:rsidSect="00034616">
      <w:pgSz w:w="11906" w:h="16838"/>
      <w:pgMar w:top="737" w:right="907" w:bottom="68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32A2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telefonu używanego: wzór</dc:title>
  <dc:subject>Zakup telefonu od osoby prywatnej, pusty wzór</dc:subject>
  <dc:creator>Fixomat, poradniki dla serwisów GSM</dc:creator>
  <cp:keywords>umowa kupna sprzedazy telefonu; serwis GSM; wzór dokumentu; fixomat.pl</cp:keywords>
  <dc:description>Wzór do własnego użytku w serwisie. Dane w przykładach są fikcyjne. Materiał nie jest poradą prawną ani podatkową. fixomat.pl/blog/</dc:description>
  <cp:lastModifiedBy>Fixomat</cp:lastModifiedBy>
  <cp:revision>1</cp:revision>
  <dcterms:created xsi:type="dcterms:W3CDTF">2013-12-23T23:15:00Z</dcterms:created>
  <dcterms:modified xsi:type="dcterms:W3CDTF">2013-12-23T23:15:00Z</dcterms:modified>
  <cp:category>Wzór dokumentu serwisowego</cp:category>
  <dc:language>pl-PL</dc:language>
</cp:coreProperties>
</file>